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zgłoszeniowy</w:t>
      </w:r>
    </w:p>
    <w:p>
      <w:pPr>
        <w:pStyle w:val="Subtitle"/>
      </w:pPr>
      <w:r>
        <w:t>Lubusz Cup 2026 • 10.10.2026 r. • Zawodnicy 1–25</w:t>
      </w:r>
    </w:p>
    <w:p>
      <w:r>
        <w:t>KLUB: .........................................................................................................................</w:t>
      </w:r>
    </w:p>
    <w:p>
      <w:r>
        <w:t>TRENER GŁÓWNY / OPIEKUN: ....................................................................................</w:t>
      </w:r>
    </w:p>
    <w:p>
      <w:r>
        <w:t>SĘDZIOWIE: ................................................................................................................</w:t>
      </w:r>
    </w:p>
    <w:p>
      <w:r>
        <w:t>Opłata: 120 zł od osoby, niezależnie od liczby konkurencji indywidualnych.</w:t>
      </w:r>
    </w:p>
    <w:tbl>
      <w:tblPr>
        <w:tblW w:type="dxa" w:w="9298"/>
        <w:jc w:val="left"/>
        <w:tblLayout w:type="fixed"/>
        <w:tblLook w:firstColumn="1" w:firstRow="1" w:lastColumn="0" w:lastRow="0" w:noHBand="0" w:noVBand="1" w:val="04A0"/>
        <w:tblInd w:w="80" w:type="dxa"/>
        <w:tblCellMar>
          <w:top w:w="70" w:type="dxa"/>
          <w:bottom w:w="70" w:type="dxa"/>
          <w:left w:w="70" w:type="dxa"/>
          <w:right w:w="70" w:type="dxa"/>
        </w:tblCellMar>
      </w:tblPr>
      <w:tblGrid>
        <w:gridCol w:w="510"/>
        <w:gridCol w:w="3969"/>
        <w:gridCol w:w="1701"/>
        <w:gridCol w:w="1134"/>
        <w:gridCol w:w="794"/>
        <w:gridCol w:w="1191"/>
      </w:tblGrid>
      <w:tr>
        <w:trPr>
          <w:cantSplit/>
          <w:tblHeader/>
        </w:trPr>
        <w:tc>
          <w:tcPr>
            <w:tcW w:type="dxa" w:w="510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type="dxa" w:w="3969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Imię i nazwisko</w:t>
            </w:r>
          </w:p>
        </w:tc>
        <w:tc>
          <w:tcPr>
            <w:tcW w:type="dxa" w:w="170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Wiek na dzień</w:t>
              <w:br/>
              <w:t>10.10.2026</w:t>
            </w:r>
          </w:p>
        </w:tc>
        <w:tc>
          <w:tcPr>
            <w:tcW w:type="dxa" w:w="113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Stopień</w:t>
            </w:r>
          </w:p>
        </w:tc>
        <w:tc>
          <w:tcPr>
            <w:tcW w:type="dxa" w:w="79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Kata</w:t>
            </w:r>
          </w:p>
        </w:tc>
        <w:tc>
          <w:tcPr>
            <w:tcW w:type="dxa" w:w="119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Kumite</w:t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5.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6.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7.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8.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9.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10.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11.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12.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13.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14.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15.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16.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17.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18.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19.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20.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21.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22.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23.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24.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25.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Formularz zgłoszeniowy</w:t>
      </w:r>
    </w:p>
    <w:p>
      <w:pPr>
        <w:pStyle w:val="Subtitle"/>
      </w:pPr>
      <w:r>
        <w:t>Lubusz Cup 2026 • 10.10.2026 r. • Zawodnicy 26–50</w:t>
      </w:r>
    </w:p>
    <w:p>
      <w:r>
        <w:t>KLUB: .........................................................................................................................</w:t>
      </w:r>
    </w:p>
    <w:p>
      <w:r>
        <w:t>TRENER GŁÓWNY / OPIEKUN: ....................................................................................</w:t>
      </w:r>
    </w:p>
    <w:p>
      <w:r>
        <w:t>SĘDZIOWIE: ................................................................................................................</w:t>
      </w:r>
    </w:p>
    <w:p>
      <w:r>
        <w:t>Opłata: 120 zł od osoby, niezależnie od liczby konkurencji indywidualnych.</w:t>
      </w:r>
    </w:p>
    <w:tbl>
      <w:tblPr>
        <w:tblW w:type="dxa" w:w="9298"/>
        <w:jc w:val="left"/>
        <w:tblLayout w:type="fixed"/>
        <w:tblLook w:firstColumn="1" w:firstRow="1" w:lastColumn="0" w:lastRow="0" w:noHBand="0" w:noVBand="1" w:val="04A0"/>
        <w:tblInd w:w="80" w:type="dxa"/>
        <w:tblCellMar>
          <w:top w:w="70" w:type="dxa"/>
          <w:bottom w:w="70" w:type="dxa"/>
          <w:left w:w="70" w:type="dxa"/>
          <w:right w:w="70" w:type="dxa"/>
        </w:tblCellMar>
      </w:tblPr>
      <w:tblGrid>
        <w:gridCol w:w="510"/>
        <w:gridCol w:w="3969"/>
        <w:gridCol w:w="1701"/>
        <w:gridCol w:w="1134"/>
        <w:gridCol w:w="794"/>
        <w:gridCol w:w="1191"/>
      </w:tblGrid>
      <w:tr>
        <w:trPr>
          <w:cantSplit/>
          <w:tblHeader/>
        </w:trPr>
        <w:tc>
          <w:tcPr>
            <w:tcW w:type="dxa" w:w="510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type="dxa" w:w="3969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Imię i nazwisko</w:t>
            </w:r>
          </w:p>
        </w:tc>
        <w:tc>
          <w:tcPr>
            <w:tcW w:type="dxa" w:w="170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Wiek na dzień</w:t>
              <w:br/>
              <w:t>10.10.2026</w:t>
            </w:r>
          </w:p>
        </w:tc>
        <w:tc>
          <w:tcPr>
            <w:tcW w:type="dxa" w:w="113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Stopień</w:t>
            </w:r>
          </w:p>
        </w:tc>
        <w:tc>
          <w:tcPr>
            <w:tcW w:type="dxa" w:w="79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Kata</w:t>
            </w:r>
          </w:p>
        </w:tc>
        <w:tc>
          <w:tcPr>
            <w:tcW w:type="dxa" w:w="119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Kumite</w:t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26.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27.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28.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29.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30.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31.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32.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33.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34.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35.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36.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37.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38.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39.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40.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41.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42.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43.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44.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45.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46.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47.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48.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49.</w:t>
            </w:r>
          </w:p>
        </w:tc>
        <w:tc>
          <w:tcPr>
            <w:tcW w:type="dxa" w:w="3969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510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50.</w:t>
            </w:r>
          </w:p>
        </w:tc>
        <w:tc>
          <w:tcPr>
            <w:tcW w:type="dxa" w:w="3969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3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19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Formularz zgłoszeniowy</w:t>
      </w:r>
    </w:p>
    <w:p>
      <w:pPr>
        <w:pStyle w:val="Subtitle"/>
      </w:pPr>
      <w:r>
        <w:t>Lubusz Cup 2026 • Kata drużynowe</w:t>
      </w:r>
    </w:p>
    <w:p>
      <w:r>
        <w:t>KLUB: .........................................................................................................................</w:t>
      </w:r>
    </w:p>
    <w:p>
      <w:r>
        <w:t>TRENER GŁÓWNY / OPIEKUN: ....................................................................................</w:t>
      </w:r>
    </w:p>
    <w:p>
      <w:r>
        <w:t>SĘDZIOWIE: ................................................................................................................</w:t>
      </w:r>
    </w:p>
    <w:p>
      <w:r>
        <w:t>Opłata: 50 zł za konkurencję drużynową kata.</w:t>
      </w:r>
    </w:p>
    <w:tbl>
      <w:tblPr>
        <w:tblW w:type="dxa" w:w="9298"/>
        <w:jc w:val="left"/>
        <w:tblLayout w:type="fixed"/>
        <w:tblLook w:firstColumn="1" w:firstRow="1" w:lastColumn="0" w:lastRow="0" w:noHBand="0" w:noVBand="1" w:val="04A0"/>
        <w:tblInd w:w="80" w:type="dxa"/>
        <w:tblCellMar>
          <w:top w:w="70" w:type="dxa"/>
          <w:bottom w:w="70" w:type="dxa"/>
          <w:left w:w="70" w:type="dxa"/>
          <w:right w:w="70" w:type="dxa"/>
        </w:tblCellMar>
      </w:tblPr>
      <w:tblGrid>
        <w:gridCol w:w="454"/>
        <w:gridCol w:w="1247"/>
        <w:gridCol w:w="2041"/>
        <w:gridCol w:w="2041"/>
        <w:gridCol w:w="2041"/>
        <w:gridCol w:w="1474"/>
      </w:tblGrid>
      <w:tr>
        <w:trPr>
          <w:cantSplit/>
          <w:tblHeader/>
        </w:trPr>
        <w:tc>
          <w:tcPr>
            <w:tcW w:type="dxa" w:w="45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type="dxa" w:w="1247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Kategoria</w:t>
            </w:r>
          </w:p>
        </w:tc>
        <w:tc>
          <w:tcPr>
            <w:tcW w:type="dxa" w:w="204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Nazwa drużyny</w:t>
            </w:r>
          </w:p>
        </w:tc>
        <w:tc>
          <w:tcPr>
            <w:tcW w:type="dxa" w:w="204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Zawodnik 1</w:t>
            </w:r>
          </w:p>
        </w:tc>
        <w:tc>
          <w:tcPr>
            <w:tcW w:type="dxa" w:w="2041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Zawodnik 2</w:t>
            </w:r>
          </w:p>
        </w:tc>
        <w:tc>
          <w:tcPr>
            <w:tcW w:type="dxa" w:w="1474"/>
            <w:shd w:fill="9C151B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Zawodnik 3</w:t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1.</w:t>
            </w:r>
          </w:p>
        </w:tc>
        <w:tc>
          <w:tcPr>
            <w:tcW w:type="dxa" w:w="1247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2.</w:t>
            </w:r>
          </w:p>
        </w:tc>
        <w:tc>
          <w:tcPr>
            <w:tcW w:type="dxa" w:w="1247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3.</w:t>
            </w:r>
          </w:p>
        </w:tc>
        <w:tc>
          <w:tcPr>
            <w:tcW w:type="dxa" w:w="1247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4.</w:t>
            </w:r>
          </w:p>
        </w:tc>
        <w:tc>
          <w:tcPr>
            <w:tcW w:type="dxa" w:w="1247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5.</w:t>
            </w:r>
          </w:p>
        </w:tc>
        <w:tc>
          <w:tcPr>
            <w:tcW w:type="dxa" w:w="1247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6.</w:t>
            </w:r>
          </w:p>
        </w:tc>
        <w:tc>
          <w:tcPr>
            <w:tcW w:type="dxa" w:w="1247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7.</w:t>
            </w:r>
          </w:p>
        </w:tc>
        <w:tc>
          <w:tcPr>
            <w:tcW w:type="dxa" w:w="1247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8.</w:t>
            </w:r>
          </w:p>
        </w:tc>
        <w:tc>
          <w:tcPr>
            <w:tcW w:type="dxa" w:w="1247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9.</w:t>
            </w:r>
          </w:p>
        </w:tc>
        <w:tc>
          <w:tcPr>
            <w:tcW w:type="dxa" w:w="1247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5F2EE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709" w:hRule="atLeast"/>
        </w:trPr>
        <w:tc>
          <w:tcPr>
            <w:tcW w:type="dxa" w:w="45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  <w:t>10.</w:t>
            </w:r>
          </w:p>
        </w:tc>
        <w:tc>
          <w:tcPr>
            <w:tcW w:type="dxa" w:w="1247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74"/>
            <w:shd w:fill="FFFFFF"/>
          </w:tcPr>
          <w:p>
            <w:pPr>
              <w:spacing w:after="2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pStyle w:val="Subtitle"/>
      </w:pPr>
      <w:r>
        <w:t>Zgłoszenia do 03.10.2026 r. • lubuszcup@gmail.com</w:t>
      </w:r>
    </w:p>
    <w:p>
      <w:r>
        <w:br w:type="page"/>
      </w:r>
    </w:p>
    <w:p>
      <w:pPr>
        <w:pStyle w:val="Title"/>
      </w:pPr>
      <w:r>
        <w:t>Oświadczenie klubu</w:t>
      </w:r>
    </w:p>
    <w:p>
      <w:pPr>
        <w:pStyle w:val="Subtitle"/>
      </w:pPr>
      <w:r>
        <w:t>Lubusz Cup 2026 • 10.10.2026 r. • Żary</w:t>
      </w:r>
    </w:p>
    <w:p>
      <w:r>
        <w:t>Oświadczam, że zawodnicy Klubu:</w:t>
      </w:r>
    </w:p>
    <w:p>
      <w:r>
        <w:t>.................................................................................................................................</w:t>
      </w:r>
    </w:p>
    <w:p>
      <w:r>
        <w:t>posiadają ubezpieczenie NNW, aktualne badania lekarskie oraz zgodę rodziców na udział w Turnieju Karate Lubusz Cup 2026 w dniu 10.10.2026 r. w Żarach.</w:t>
      </w:r>
    </w:p>
    <w:p/>
    <w:p/>
    <w:p>
      <w:r>
        <w:t>.................................................................................................................................</w:t>
      </w:r>
    </w:p>
    <w:p>
      <w:pPr>
        <w:pStyle w:val="Subtitle"/>
      </w:pPr>
      <w:r>
        <w:t>Kierownik ekipy / trener – data i podpis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Klub Karate Kontra • Żary • 10.10.2026</w:t>
    </w:r>
    <w:r>
      <w:t xml:space="preserve">      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9C151B"/>
        <w:sz w:val="16"/>
      </w:rPr>
      <w:t>LUBUSZ CUP 2026  |  OTWARTY MIĘDZYNARODOWY TURNIEJ JKA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2" w:lineRule="auto"/>
    </w:pPr>
    <w:rPr>
      <w:rFonts w:ascii="Arial" w:hAnsi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9C151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9C151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252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 w:before="160"/>
      <w:contextualSpacing/>
    </w:pPr>
    <w:rPr>
      <w:rFonts w:asciiTheme="majorHAnsi" w:eastAsiaTheme="majorEastAsia" w:hAnsiTheme="majorHAnsi" w:cstheme="majorBidi" w:ascii="Arial" w:hAnsi="Arial"/>
      <w:color w:val="9C151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160" w:line="252" w:lineRule="auto"/>
    </w:pPr>
    <w:rPr>
      <w:rFonts w:asciiTheme="majorHAnsi" w:eastAsiaTheme="majorEastAsia" w:hAnsiTheme="majorHAnsi" w:cstheme="majorBidi" w:ascii="Arial" w:hAnsi="Arial"/>
      <w:i/>
      <w:iCs/>
      <w:color w:val="555555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